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F69" w:rsidRDefault="006379CB">
      <w:pPr>
        <w:spacing w:after="0" w:line="240" w:lineRule="auto"/>
      </w:pPr>
      <w:r>
        <w:rPr>
          <w:b/>
          <w:color w:val="00838A"/>
          <w:sz w:val="16"/>
        </w:rPr>
        <w:t>SpOki.ro  |  RETURURI</w:t>
      </w:r>
    </w:p>
    <w:p w:rsidR="00250F69" w:rsidRDefault="006379CB">
      <w:pPr>
        <w:spacing w:before="20" w:after="40" w:line="240" w:lineRule="auto"/>
      </w:pPr>
      <w:r>
        <w:rPr>
          <w:b/>
          <w:color w:val="00838A"/>
          <w:sz w:val="35"/>
        </w:rPr>
        <w:t>FORMULAR STANDARD DE RETRAGERE</w:t>
      </w:r>
    </w:p>
    <w:p w:rsidR="00250F69" w:rsidRDefault="006379CB">
      <w:pPr>
        <w:spacing w:after="120" w:line="240" w:lineRule="auto"/>
      </w:pPr>
      <w:r>
        <w:rPr>
          <w:i/>
          <w:color w:val="5F677A"/>
          <w:sz w:val="17"/>
        </w:rPr>
        <w:t>Model adaptat pentru contractele la distanță, conform OUG nr. 34/2014, Anexa B.</w:t>
      </w:r>
    </w:p>
    <w:tbl>
      <w:tblPr>
        <w:tblW w:w="9866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2350"/>
        <w:gridCol w:w="7516"/>
      </w:tblGrid>
      <w:tr w:rsidR="00250F69">
        <w:tc>
          <w:tcPr>
            <w:tcW w:w="2350" w:type="dxa"/>
            <w:vMerge w:val="restart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E6F8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Pr="0021004B" w:rsidRDefault="006379CB">
            <w:pPr>
              <w:spacing w:after="20" w:line="240" w:lineRule="auto"/>
              <w:rPr>
                <w:color w:val="auto"/>
              </w:rPr>
            </w:pPr>
            <w:r w:rsidRPr="0021004B">
              <w:rPr>
                <w:color w:val="auto"/>
                <w:sz w:val="17"/>
              </w:rPr>
              <w:t>CĂTRE</w:t>
            </w:r>
          </w:p>
          <w:p w:rsidR="00250F69" w:rsidRDefault="006379CB">
            <w:pPr>
              <w:spacing w:after="0" w:line="240" w:lineRule="auto"/>
            </w:pPr>
            <w:r w:rsidRPr="0021004B">
              <w:rPr>
                <w:color w:val="auto"/>
                <w:sz w:val="30"/>
              </w:rPr>
              <w:t>SpOki.ro</w:t>
            </w:r>
          </w:p>
        </w:tc>
        <w:tc>
          <w:tcPr>
            <w:tcW w:w="751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E6F8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COMERCIANT</w:t>
            </w:r>
          </w:p>
          <w:p w:rsidR="00250F69" w:rsidRDefault="006379CB">
            <w:pPr>
              <w:spacing w:after="0" w:line="247" w:lineRule="auto"/>
            </w:pPr>
            <w:r>
              <w:t>BUSINESS OF PROMISE LTD. • Nr. fiscal/VAT: BG206222814</w:t>
            </w:r>
          </w:p>
        </w:tc>
      </w:tr>
      <w:tr w:rsidR="00250F69">
        <w:tc>
          <w:tcPr>
            <w:tcW w:w="2350" w:type="dxa"/>
            <w:vMerge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250F69"/>
        </w:tc>
        <w:tc>
          <w:tcPr>
            <w:tcW w:w="751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E6F8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ADRESĂ POȘTALĂ ȘI CONTACT</w:t>
            </w:r>
          </w:p>
          <w:p w:rsidR="00250F69" w:rsidRDefault="006379CB" w:rsidP="00A91585">
            <w:pPr>
              <w:spacing w:after="0" w:line="247" w:lineRule="auto"/>
            </w:pPr>
            <w:r>
              <w:t>Bulgaria, Sofia,</w:t>
            </w:r>
            <w:r w:rsidR="00A91585">
              <w:t xml:space="preserve"> </w:t>
            </w:r>
            <w:proofErr w:type="spellStart"/>
            <w:r w:rsidR="00A91585">
              <w:t>kv</w:t>
            </w:r>
            <w:proofErr w:type="spellEnd"/>
            <w:r w:rsidR="00A91585">
              <w:t xml:space="preserve">. </w:t>
            </w:r>
            <w:proofErr w:type="spellStart"/>
            <w:r w:rsidR="00A91585">
              <w:t>Gurdova</w:t>
            </w:r>
            <w:proofErr w:type="spellEnd"/>
            <w:r w:rsidR="00A91585">
              <w:t xml:space="preserve"> </w:t>
            </w:r>
            <w:proofErr w:type="spellStart"/>
            <w:r w:rsidR="00A91585">
              <w:t>Glava</w:t>
            </w:r>
            <w:proofErr w:type="spellEnd"/>
            <w:r w:rsidR="00A91585">
              <w:t>, str.</w:t>
            </w:r>
            <w:r>
              <w:t xml:space="preserve"> </w:t>
            </w:r>
            <w:proofErr w:type="spellStart"/>
            <w:r w:rsidR="00A91585">
              <w:t>Marinkovica</w:t>
            </w:r>
            <w:proofErr w:type="spellEnd"/>
            <w:r>
              <w:t xml:space="preserve"> </w:t>
            </w:r>
            <w:proofErr w:type="spellStart"/>
            <w:r>
              <w:t>nr</w:t>
            </w:r>
            <w:proofErr w:type="spellEnd"/>
            <w:r>
              <w:t xml:space="preserve">. </w:t>
            </w:r>
            <w:r w:rsidR="00A91585">
              <w:t>10</w:t>
            </w:r>
            <w:r>
              <w:t xml:space="preserve"> • contact@spoki.ro</w:t>
            </w:r>
          </w:p>
        </w:tc>
      </w:tr>
    </w:tbl>
    <w:p w:rsidR="00250F69" w:rsidRDefault="006379CB">
      <w:pPr>
        <w:spacing w:before="100" w:after="80" w:line="257" w:lineRule="auto"/>
      </w:pPr>
      <w:r>
        <w:rPr>
          <w:b/>
        </w:rPr>
        <w:t>Vă informez/Vă informăm prin prezenta cu privire la retragerea mea/noastră din contractul referitor la vânzarea următoarelor produse:</w:t>
      </w:r>
    </w:p>
    <w:tbl>
      <w:tblPr>
        <w:tblW w:w="9866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3400"/>
        <w:gridCol w:w="6466"/>
      </w:tblGrid>
      <w:tr w:rsidR="00250F69">
        <w:tc>
          <w:tcPr>
            <w:tcW w:w="9866" w:type="dxa"/>
            <w:gridSpan w:val="2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PRODUSE</w:t>
            </w:r>
          </w:p>
          <w:p w:rsidR="00250F69" w:rsidRDefault="006379CB">
            <w:pPr>
              <w:spacing w:after="0" w:line="247" w:lineRule="auto"/>
            </w:pPr>
            <w:r>
              <w:rPr>
                <w:i/>
                <w:color w:val="5F677A"/>
              </w:rPr>
              <w:t>Descrieți produsul/produsele și cantitatea</w:t>
            </w:r>
          </w:p>
          <w:p w:rsidR="00250F69" w:rsidRDefault="006379CB">
            <w:pPr>
              <w:spacing w:after="0" w:line="240" w:lineRule="auto"/>
            </w:pPr>
            <w:r>
              <w:t xml:space="preserve"> </w:t>
            </w:r>
          </w:p>
        </w:tc>
      </w:tr>
      <w:tr w:rsidR="00250F69">
        <w:tc>
          <w:tcPr>
            <w:tcW w:w="3400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COMANDATE LA DATA DE</w:t>
            </w:r>
          </w:p>
          <w:p w:rsidR="00250F69" w:rsidRDefault="006379CB">
            <w:pPr>
              <w:spacing w:after="0" w:line="247" w:lineRule="auto"/>
            </w:pPr>
            <w:r>
              <w:rPr>
                <w:i/>
                <w:color w:val="5F677A"/>
              </w:rPr>
              <w:t>____ / ____ / ______</w:t>
            </w:r>
          </w:p>
        </w:tc>
        <w:tc>
          <w:tcPr>
            <w:tcW w:w="646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PRIMITE LA DATA DE</w:t>
            </w:r>
          </w:p>
          <w:p w:rsidR="00250F69" w:rsidRDefault="006379CB">
            <w:pPr>
              <w:spacing w:after="0" w:line="247" w:lineRule="auto"/>
            </w:pPr>
            <w:r>
              <w:rPr>
                <w:i/>
                <w:color w:val="5F677A"/>
              </w:rPr>
              <w:t>____ / ____ / ______</w:t>
            </w:r>
          </w:p>
        </w:tc>
      </w:tr>
      <w:tr w:rsidR="00250F69">
        <w:tc>
          <w:tcPr>
            <w:tcW w:w="3400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NUMĂRUL COMENZII (opțional)</w:t>
            </w:r>
          </w:p>
          <w:p w:rsidR="00250F69" w:rsidRDefault="006379CB">
            <w:pPr>
              <w:spacing w:after="0" w:line="247" w:lineRule="auto"/>
            </w:pPr>
            <w:r>
              <w:rPr>
                <w:i/>
                <w:color w:val="5F677A"/>
              </w:rPr>
              <w:t>Exemplu: 12345</w:t>
            </w:r>
          </w:p>
        </w:tc>
        <w:tc>
          <w:tcPr>
            <w:tcW w:w="646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VALOAREA COMENZII (opțional)</w:t>
            </w:r>
          </w:p>
          <w:p w:rsidR="00250F69" w:rsidRDefault="006379CB">
            <w:pPr>
              <w:spacing w:after="0" w:line="247" w:lineRule="auto"/>
            </w:pPr>
            <w:r>
              <w:rPr>
                <w:i/>
                <w:color w:val="5F677A"/>
              </w:rPr>
              <w:t>Exemplu: 84,60 lei</w:t>
            </w:r>
          </w:p>
        </w:tc>
      </w:tr>
    </w:tbl>
    <w:p w:rsidR="00250F69" w:rsidRDefault="006379CB">
      <w:pPr>
        <w:pStyle w:val="Heading1"/>
      </w:pPr>
      <w:r>
        <w:rPr>
          <w:rFonts w:ascii="Calibri" w:hAnsi="Calibri"/>
        </w:rPr>
        <w:t>Datele consumatorului</w:t>
      </w:r>
    </w:p>
    <w:tbl>
      <w:tblPr>
        <w:tblW w:w="9866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3400"/>
        <w:gridCol w:w="6466"/>
      </w:tblGrid>
      <w:tr w:rsidR="00250F69">
        <w:tc>
          <w:tcPr>
            <w:tcW w:w="3400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NUME ȘI PRENUME</w:t>
            </w:r>
          </w:p>
          <w:p w:rsidR="00250F69" w:rsidRDefault="006379CB">
            <w:pPr>
              <w:spacing w:after="0" w:line="247" w:lineRule="auto"/>
            </w:pPr>
            <w:r>
              <w:rPr>
                <w:i/>
                <w:color w:val="5F677A"/>
              </w:rPr>
              <w:t>Exemplu: Andreea Popescu</w:t>
            </w:r>
          </w:p>
        </w:tc>
        <w:tc>
          <w:tcPr>
            <w:tcW w:w="646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TELEFON (opțional)</w:t>
            </w:r>
          </w:p>
          <w:p w:rsidR="00250F69" w:rsidRDefault="006379CB">
            <w:pPr>
              <w:spacing w:after="0" w:line="247" w:lineRule="auto"/>
            </w:pPr>
            <w:r>
              <w:rPr>
                <w:i/>
                <w:color w:val="5F677A"/>
              </w:rPr>
              <w:t>Exemplu: 0712 345 678</w:t>
            </w:r>
          </w:p>
        </w:tc>
      </w:tr>
      <w:tr w:rsidR="00250F69">
        <w:tc>
          <w:tcPr>
            <w:tcW w:w="3400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E-MAIL (opțional)</w:t>
            </w:r>
          </w:p>
          <w:p w:rsidR="00250F69" w:rsidRDefault="006379CB">
            <w:pPr>
              <w:spacing w:after="0" w:line="247" w:lineRule="auto"/>
            </w:pPr>
            <w:r>
              <w:rPr>
                <w:i/>
                <w:color w:val="5F677A"/>
              </w:rPr>
              <w:t>Exemplu: andreea.popescu@example.com</w:t>
            </w:r>
          </w:p>
        </w:tc>
        <w:tc>
          <w:tcPr>
            <w:tcW w:w="646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LOCALITATE / JUDEȚ</w:t>
            </w:r>
          </w:p>
          <w:p w:rsidR="00250F69" w:rsidRDefault="006379CB">
            <w:pPr>
              <w:spacing w:after="0" w:line="247" w:lineRule="auto"/>
            </w:pPr>
            <w:r>
              <w:t xml:space="preserve"> </w:t>
            </w:r>
          </w:p>
        </w:tc>
      </w:tr>
      <w:tr w:rsidR="00250F69">
        <w:tc>
          <w:tcPr>
            <w:tcW w:w="9866" w:type="dxa"/>
            <w:gridSpan w:val="2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ADRESĂ POȘTALĂ</w:t>
            </w:r>
          </w:p>
          <w:p w:rsidR="00250F69" w:rsidRDefault="006379CB">
            <w:pPr>
              <w:spacing w:after="0" w:line="247" w:lineRule="auto"/>
            </w:pPr>
            <w:r>
              <w:rPr>
                <w:i/>
                <w:color w:val="5F677A"/>
              </w:rPr>
              <w:t>Stradă, număr, bloc, scară, apartament, cod poștal, localitate, județ, România</w:t>
            </w:r>
          </w:p>
        </w:tc>
      </w:tr>
    </w:tbl>
    <w:p w:rsidR="00250F69" w:rsidRDefault="006379CB">
      <w:pPr>
        <w:pStyle w:val="Heading1"/>
      </w:pPr>
      <w:r>
        <w:rPr>
          <w:rFonts w:ascii="Calibri" w:hAnsi="Calibri"/>
        </w:rPr>
        <w:t>Rambursarea</w:t>
      </w:r>
    </w:p>
    <w:tbl>
      <w:tblPr>
        <w:tblW w:w="9866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250F69">
        <w:tc>
          <w:tcPr>
            <w:tcW w:w="9866" w:type="dxa"/>
            <w:gridSpan w:val="2"/>
            <w:tcBorders>
              <w:top w:val="single" w:sz="8" w:space="0" w:color="FF8A00"/>
              <w:left w:val="single" w:sz="8" w:space="0" w:color="FF8A00"/>
              <w:bottom w:val="single" w:sz="8" w:space="0" w:color="FF8A00"/>
              <w:right w:val="single" w:sz="8" w:space="0" w:color="FF8A00"/>
            </w:tcBorders>
            <w:shd w:val="clear" w:color="auto" w:fill="FFF3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40" w:line="245" w:lineRule="auto"/>
            </w:pPr>
            <w:r>
              <w:rPr>
                <w:b/>
                <w:color w:val="FF8A00"/>
                <w:sz w:val="18"/>
              </w:rPr>
              <w:t>MODALITATEA DE RAMBURSARE</w:t>
            </w:r>
          </w:p>
          <w:p w:rsidR="00250F69" w:rsidRDefault="006379CB">
            <w:pPr>
              <w:spacing w:after="40" w:line="250" w:lineRule="auto"/>
            </w:pPr>
            <w:r>
              <w:rPr>
                <w:sz w:val="17"/>
              </w:rPr>
              <w:t>Rambursarea se face prin aceeași modalitate de plată folosită inițial, dacă nu convenim expres o altă modalitate, fără comisioane pentru consumator.</w:t>
            </w:r>
          </w:p>
          <w:p w:rsidR="00250F69" w:rsidRDefault="006379CB">
            <w:pPr>
              <w:spacing w:after="20" w:line="247" w:lineRule="auto"/>
            </w:pPr>
            <w:r>
              <w:rPr>
                <w:sz w:val="18"/>
              </w:rPr>
              <w:t>☐ Aceeași modalitate de plată     ☐ Sunt de acord cu rambursarea prin transfer bancar</w:t>
            </w:r>
          </w:p>
          <w:p w:rsidR="00250F69" w:rsidRDefault="006379CB">
            <w:pPr>
              <w:spacing w:after="0" w:line="247" w:lineRule="auto"/>
            </w:pPr>
            <w:r>
              <w:rPr>
                <w:sz w:val="18"/>
              </w:rPr>
              <w:t>Titular: ___________________________________     IBAN: RO____ ________________________________</w:t>
            </w:r>
          </w:p>
          <w:p w:rsidR="00250F69" w:rsidRDefault="006379CB">
            <w:pPr>
              <w:spacing w:after="0" w:line="240" w:lineRule="auto"/>
            </w:pPr>
            <w:r>
              <w:rPr>
                <w:i/>
                <w:color w:val="5F677A"/>
                <w:sz w:val="15"/>
              </w:rPr>
              <w:t>Exemplu fictiv de format IBAN românesc: RO49 AAAA 1B31 0075 9384 0000</w:t>
            </w:r>
          </w:p>
        </w:tc>
      </w:tr>
      <w:tr w:rsidR="00250F69">
        <w:tc>
          <w:tcPr>
            <w:tcW w:w="4933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DATA</w:t>
            </w:r>
          </w:p>
          <w:p w:rsidR="00250F69" w:rsidRDefault="006379CB">
            <w:pPr>
              <w:spacing w:after="0" w:line="247" w:lineRule="auto"/>
            </w:pPr>
            <w:r>
              <w:t>____ / ____ / ______</w:t>
            </w:r>
          </w:p>
        </w:tc>
        <w:tc>
          <w:tcPr>
            <w:tcW w:w="4933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SEMNĂTURA CONSUMATORULUI</w:t>
            </w:r>
          </w:p>
          <w:p w:rsidR="00250F69" w:rsidRDefault="006379CB">
            <w:pPr>
              <w:spacing w:after="0" w:line="247" w:lineRule="auto"/>
            </w:pPr>
            <w:r>
              <w:t>______________________________</w:t>
            </w:r>
          </w:p>
          <w:p w:rsidR="00250F69" w:rsidRDefault="006379CB">
            <w:pPr>
              <w:spacing w:after="0" w:line="240" w:lineRule="auto"/>
            </w:pPr>
            <w:r>
              <w:rPr>
                <w:i/>
                <w:color w:val="5F677A"/>
                <w:sz w:val="15"/>
              </w:rPr>
              <w:t>(numai dacă formularul este transmis pe hârtie)</w:t>
            </w:r>
          </w:p>
        </w:tc>
      </w:tr>
    </w:tbl>
    <w:p w:rsidR="00250F69" w:rsidRDefault="006379CB">
      <w:pPr>
        <w:spacing w:before="80" w:after="40" w:line="245" w:lineRule="auto"/>
      </w:pPr>
      <w:r>
        <w:rPr>
          <w:b/>
          <w:color w:val="00838A"/>
          <w:sz w:val="17"/>
        </w:rPr>
        <w:t>INFORMAȚII IMPORTANTE</w:t>
      </w:r>
    </w:p>
    <w:p w:rsidR="00250F69" w:rsidRDefault="006379CB">
      <w:pPr>
        <w:pStyle w:val="ListBullet"/>
      </w:pPr>
      <w:r>
        <w:t>Nu trebuie să indicați un motiv și nu sunt obligatorii fotografii, bonul fiscal sau ambalajul original pentru a notifica retragerea.</w:t>
      </w:r>
    </w:p>
    <w:p w:rsidR="00250F69" w:rsidRDefault="006379CB">
      <w:pPr>
        <w:pStyle w:val="ListBullet"/>
      </w:pPr>
      <w:r>
        <w:t>După notificare, SpOki comunică fără întârziere adresa operațională de retur. Produsele se expediază în cel mult 14 zile de la notificare.</w:t>
      </w:r>
    </w:p>
    <w:p w:rsidR="00250F69" w:rsidRDefault="006379CB">
      <w:pPr>
        <w:pStyle w:val="ListBullet"/>
      </w:pPr>
      <w:r>
        <w:t>Costul direct al returului revine consumatorului, cu excepția produselor neconforme sau dacă SpOki acceptă să îl suporte.</w:t>
      </w:r>
    </w:p>
    <w:p w:rsidR="00250F69" w:rsidRDefault="006379CB">
      <w:pPr>
        <w:pStyle w:val="ListBullet"/>
      </w:pPr>
      <w:r>
        <w:t>SpOki rambursează sumele primite, inclusiv costul livrării standard, în cel mult 14 zile de la notificare; rambursarea poate fi amânată până la primirea produselor sau a dovezii de expediere.</w:t>
      </w:r>
    </w:p>
    <w:p w:rsidR="00250F69" w:rsidRDefault="006379CB">
      <w:pPr>
        <w:pStyle w:val="ListBullet"/>
      </w:pPr>
      <w:r>
        <w:t>Consumatorul răspunde numai pentru diminuarea valorii cauzată de manipulări care depășesc ceea ce este necesar pentru stabilirea naturii, caracteristicilor și funcționării produsului.</w:t>
      </w:r>
    </w:p>
    <w:p w:rsidR="00250F69" w:rsidRDefault="006379CB">
      <w:pPr>
        <w:pStyle w:val="ListBullet"/>
      </w:pPr>
      <w:r>
        <w:t>Pentru un produs defect/neconform, scrieți separat la contact@spoki.ro; aceasta este o reclamație de conformitate, nu o retragere fără motiv.</w:t>
      </w:r>
    </w:p>
    <w:p w:rsidR="00250F69" w:rsidRDefault="006379CB">
      <w:pPr>
        <w:spacing w:before="60" w:after="0" w:line="240" w:lineRule="auto"/>
        <w:jc w:val="center"/>
      </w:pPr>
      <w:r>
        <w:rPr>
          <w:b/>
          <w:color w:val="00838A"/>
          <w:sz w:val="15"/>
        </w:rPr>
        <w:t>Trimiteți formularul la contact@spoki.ro. Folosirea formularului nu este obligatorie; este valabilă și orice declarație neechivocă trimisă înainte de expirarea termenului.</w:t>
      </w:r>
    </w:p>
    <w:p w:rsidR="00250F69" w:rsidRDefault="006379CB">
      <w:r>
        <w:br w:type="page"/>
      </w:r>
    </w:p>
    <w:p w:rsidR="00250F69" w:rsidRDefault="006379CB">
      <w:pPr>
        <w:spacing w:after="0" w:line="240" w:lineRule="auto"/>
      </w:pPr>
      <w:r>
        <w:rPr>
          <w:b/>
          <w:color w:val="00838A"/>
          <w:sz w:val="16"/>
        </w:rPr>
        <w:lastRenderedPageBreak/>
        <w:t>SpOki.ro  |  RETURURI</w:t>
      </w:r>
    </w:p>
    <w:p w:rsidR="00250F69" w:rsidRDefault="006379CB">
      <w:pPr>
        <w:spacing w:before="20" w:after="40" w:line="240" w:lineRule="auto"/>
      </w:pPr>
      <w:r>
        <w:rPr>
          <w:b/>
          <w:color w:val="00838A"/>
          <w:sz w:val="35"/>
        </w:rPr>
        <w:t>EXEMPLU DE COMPLETARE - DATE FICTIVE</w:t>
      </w:r>
    </w:p>
    <w:p w:rsidR="00250F69" w:rsidRDefault="006379CB">
      <w:pPr>
        <w:spacing w:after="120" w:line="240" w:lineRule="auto"/>
      </w:pPr>
      <w:r>
        <w:rPr>
          <w:i/>
          <w:color w:val="5F677A"/>
          <w:sz w:val="17"/>
        </w:rPr>
        <w:t>Această pagină arată modul de completare. Numele, adresa, comanda și IBAN-ul sunt fictive.</w:t>
      </w:r>
    </w:p>
    <w:tbl>
      <w:tblPr>
        <w:tblW w:w="9866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2350"/>
        <w:gridCol w:w="7516"/>
      </w:tblGrid>
      <w:tr w:rsidR="00250F69">
        <w:tc>
          <w:tcPr>
            <w:tcW w:w="2350" w:type="dxa"/>
            <w:vMerge w:val="restart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E6F8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Pr="005B14AF" w:rsidRDefault="006379CB">
            <w:pPr>
              <w:spacing w:after="20" w:line="240" w:lineRule="auto"/>
              <w:rPr>
                <w:color w:val="auto"/>
              </w:rPr>
            </w:pPr>
            <w:r w:rsidRPr="005B14AF">
              <w:rPr>
                <w:color w:val="auto"/>
                <w:sz w:val="17"/>
              </w:rPr>
              <w:t>CĂTRE</w:t>
            </w:r>
          </w:p>
          <w:p w:rsidR="00250F69" w:rsidRDefault="006379CB">
            <w:pPr>
              <w:spacing w:after="0" w:line="240" w:lineRule="auto"/>
            </w:pPr>
            <w:r w:rsidRPr="005B14AF">
              <w:rPr>
                <w:color w:val="auto"/>
                <w:sz w:val="30"/>
              </w:rPr>
              <w:t>SpOki.ro</w:t>
            </w:r>
          </w:p>
        </w:tc>
        <w:tc>
          <w:tcPr>
            <w:tcW w:w="751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E6F8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COMERCIANT</w:t>
            </w:r>
          </w:p>
          <w:p w:rsidR="00250F69" w:rsidRDefault="006379CB">
            <w:pPr>
              <w:spacing w:after="0" w:line="247" w:lineRule="auto"/>
            </w:pPr>
            <w:r>
              <w:t>BUSINESS OF PROMISE LTD. • Nr. fiscal/VAT: BG206222814</w:t>
            </w:r>
          </w:p>
        </w:tc>
      </w:tr>
      <w:tr w:rsidR="00250F69">
        <w:tc>
          <w:tcPr>
            <w:tcW w:w="2350" w:type="dxa"/>
            <w:vMerge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250F69"/>
        </w:tc>
        <w:tc>
          <w:tcPr>
            <w:tcW w:w="751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E6F8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ADRESĂ POȘTALĂ ȘI CONTACT</w:t>
            </w:r>
          </w:p>
          <w:p w:rsidR="00250F69" w:rsidRDefault="005B14AF">
            <w:pPr>
              <w:spacing w:after="0" w:line="247" w:lineRule="auto"/>
            </w:pPr>
            <w:r>
              <w:t xml:space="preserve">Bulgaria, Sofia, </w:t>
            </w:r>
            <w:proofErr w:type="spellStart"/>
            <w:r>
              <w:t>kv</w:t>
            </w:r>
            <w:proofErr w:type="spellEnd"/>
            <w:r>
              <w:t xml:space="preserve">. </w:t>
            </w:r>
            <w:proofErr w:type="spellStart"/>
            <w:r>
              <w:t>Gurdova</w:t>
            </w:r>
            <w:proofErr w:type="spellEnd"/>
            <w:r>
              <w:t xml:space="preserve"> </w:t>
            </w:r>
            <w:proofErr w:type="spellStart"/>
            <w:r>
              <w:t>Glava</w:t>
            </w:r>
            <w:proofErr w:type="spellEnd"/>
            <w:r>
              <w:t xml:space="preserve">, str. </w:t>
            </w:r>
            <w:proofErr w:type="spellStart"/>
            <w:r>
              <w:t>Marinkovica</w:t>
            </w:r>
            <w:proofErr w:type="spellEnd"/>
            <w:r>
              <w:t xml:space="preserve"> </w:t>
            </w:r>
            <w:proofErr w:type="spellStart"/>
            <w:r>
              <w:t>nr</w:t>
            </w:r>
            <w:proofErr w:type="spellEnd"/>
            <w:r>
              <w:t>. 10 • contact@spoki.ro</w:t>
            </w:r>
          </w:p>
        </w:tc>
      </w:tr>
    </w:tbl>
    <w:p w:rsidR="00250F69" w:rsidRDefault="006379CB">
      <w:pPr>
        <w:spacing w:before="100" w:after="80" w:line="257" w:lineRule="auto"/>
      </w:pPr>
      <w:r>
        <w:rPr>
          <w:b/>
        </w:rPr>
        <w:t>Vă informez/Vă informăm prin prezenta cu privire la retragerea mea/noastră din contractul referitor la vânzarea următoarelor produse:</w:t>
      </w:r>
    </w:p>
    <w:tbl>
      <w:tblPr>
        <w:tblW w:w="9866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3400"/>
        <w:gridCol w:w="6466"/>
      </w:tblGrid>
      <w:tr w:rsidR="00250F69">
        <w:tc>
          <w:tcPr>
            <w:tcW w:w="9866" w:type="dxa"/>
            <w:gridSpan w:val="2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PRODUSE</w:t>
            </w:r>
            <w:bookmarkStart w:id="0" w:name="_GoBack"/>
            <w:bookmarkEnd w:id="0"/>
          </w:p>
          <w:p w:rsidR="00250F69" w:rsidRDefault="006379CB">
            <w:pPr>
              <w:spacing w:after="0" w:line="247" w:lineRule="auto"/>
            </w:pPr>
            <w:r>
              <w:t>1 × Set de 6 jucării squishy animale</w:t>
            </w:r>
          </w:p>
        </w:tc>
      </w:tr>
      <w:tr w:rsidR="00250F69">
        <w:tc>
          <w:tcPr>
            <w:tcW w:w="3400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COMANDATE LA DATA DE</w:t>
            </w:r>
          </w:p>
          <w:p w:rsidR="00250F69" w:rsidRDefault="006379CB">
            <w:pPr>
              <w:spacing w:after="0" w:line="247" w:lineRule="auto"/>
            </w:pPr>
            <w:r>
              <w:t>01.09.2026</w:t>
            </w:r>
          </w:p>
        </w:tc>
        <w:tc>
          <w:tcPr>
            <w:tcW w:w="646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PRIMITE LA DATA DE</w:t>
            </w:r>
          </w:p>
          <w:p w:rsidR="00250F69" w:rsidRDefault="006379CB">
            <w:pPr>
              <w:spacing w:after="0" w:line="247" w:lineRule="auto"/>
            </w:pPr>
            <w:r>
              <w:t>03.09.2026</w:t>
            </w:r>
          </w:p>
        </w:tc>
      </w:tr>
      <w:tr w:rsidR="00250F69">
        <w:tc>
          <w:tcPr>
            <w:tcW w:w="3400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NUMĂRUL COMENZII (opțional)</w:t>
            </w:r>
          </w:p>
          <w:p w:rsidR="00250F69" w:rsidRDefault="006379CB">
            <w:pPr>
              <w:spacing w:after="0" w:line="247" w:lineRule="auto"/>
            </w:pPr>
            <w:r>
              <w:t>12345</w:t>
            </w:r>
          </w:p>
        </w:tc>
        <w:tc>
          <w:tcPr>
            <w:tcW w:w="646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VALOAREA COMENZII (opțional)</w:t>
            </w:r>
          </w:p>
          <w:p w:rsidR="00250F69" w:rsidRDefault="006379CB">
            <w:pPr>
              <w:spacing w:after="0" w:line="247" w:lineRule="auto"/>
            </w:pPr>
            <w:r>
              <w:t>84,60 lei</w:t>
            </w:r>
          </w:p>
        </w:tc>
      </w:tr>
    </w:tbl>
    <w:p w:rsidR="00250F69" w:rsidRDefault="006379CB">
      <w:pPr>
        <w:pStyle w:val="Heading1"/>
      </w:pPr>
      <w:r>
        <w:rPr>
          <w:rFonts w:ascii="Calibri" w:hAnsi="Calibri"/>
        </w:rPr>
        <w:t>Datele consumatorului</w:t>
      </w:r>
    </w:p>
    <w:tbl>
      <w:tblPr>
        <w:tblW w:w="9866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3400"/>
        <w:gridCol w:w="6466"/>
      </w:tblGrid>
      <w:tr w:rsidR="00250F69">
        <w:tc>
          <w:tcPr>
            <w:tcW w:w="3400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NUME ȘI PRENUME</w:t>
            </w:r>
          </w:p>
          <w:p w:rsidR="00250F69" w:rsidRDefault="006379CB">
            <w:pPr>
              <w:spacing w:after="0" w:line="247" w:lineRule="auto"/>
            </w:pPr>
            <w:r>
              <w:t>Andreea Popescu</w:t>
            </w:r>
          </w:p>
        </w:tc>
        <w:tc>
          <w:tcPr>
            <w:tcW w:w="646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TELEFON (opțional)</w:t>
            </w:r>
          </w:p>
          <w:p w:rsidR="00250F69" w:rsidRDefault="006379CB">
            <w:pPr>
              <w:spacing w:after="0" w:line="247" w:lineRule="auto"/>
            </w:pPr>
            <w:r>
              <w:t>0712 345 678</w:t>
            </w:r>
          </w:p>
        </w:tc>
      </w:tr>
      <w:tr w:rsidR="00250F69">
        <w:tc>
          <w:tcPr>
            <w:tcW w:w="3400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E-MAIL (opțional)</w:t>
            </w:r>
          </w:p>
          <w:p w:rsidR="00250F69" w:rsidRDefault="006379CB">
            <w:pPr>
              <w:spacing w:after="0" w:line="247" w:lineRule="auto"/>
            </w:pPr>
            <w:r>
              <w:t>andreea.popescu@example.com</w:t>
            </w:r>
          </w:p>
        </w:tc>
        <w:tc>
          <w:tcPr>
            <w:tcW w:w="6466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LOCALITATE / JUDEȚ</w:t>
            </w:r>
          </w:p>
          <w:p w:rsidR="00250F69" w:rsidRDefault="006379CB">
            <w:pPr>
              <w:spacing w:after="0" w:line="247" w:lineRule="auto"/>
            </w:pPr>
            <w:r>
              <w:t>București</w:t>
            </w:r>
          </w:p>
        </w:tc>
      </w:tr>
      <w:tr w:rsidR="00250F69">
        <w:tc>
          <w:tcPr>
            <w:tcW w:w="9866" w:type="dxa"/>
            <w:gridSpan w:val="2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7FAF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ADRESĂ POȘTALĂ</w:t>
            </w:r>
          </w:p>
          <w:p w:rsidR="00250F69" w:rsidRDefault="006379CB">
            <w:pPr>
              <w:spacing w:after="0" w:line="247" w:lineRule="auto"/>
            </w:pPr>
            <w:r>
              <w:t>Str. Lalelelor nr. 12, bl. B3, sc. 1, ap. 8, 031234 București, România</w:t>
            </w:r>
          </w:p>
        </w:tc>
      </w:tr>
    </w:tbl>
    <w:p w:rsidR="00250F69" w:rsidRDefault="006379CB">
      <w:pPr>
        <w:pStyle w:val="Heading1"/>
      </w:pPr>
      <w:r>
        <w:rPr>
          <w:rFonts w:ascii="Calibri" w:hAnsi="Calibri"/>
        </w:rPr>
        <w:t>Rambursarea</w:t>
      </w:r>
    </w:p>
    <w:tbl>
      <w:tblPr>
        <w:tblW w:w="9866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250F69">
        <w:tc>
          <w:tcPr>
            <w:tcW w:w="9866" w:type="dxa"/>
            <w:gridSpan w:val="2"/>
            <w:tcBorders>
              <w:top w:val="single" w:sz="8" w:space="0" w:color="FF8A00"/>
              <w:left w:val="single" w:sz="8" w:space="0" w:color="FF8A00"/>
              <w:bottom w:val="single" w:sz="8" w:space="0" w:color="FF8A00"/>
              <w:right w:val="single" w:sz="8" w:space="0" w:color="FF8A00"/>
            </w:tcBorders>
            <w:shd w:val="clear" w:color="auto" w:fill="FFF3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40" w:line="245" w:lineRule="auto"/>
            </w:pPr>
            <w:r>
              <w:rPr>
                <w:b/>
                <w:color w:val="FF8A00"/>
                <w:sz w:val="18"/>
              </w:rPr>
              <w:t>MODALITATEA DE RAMBURSARE</w:t>
            </w:r>
          </w:p>
          <w:p w:rsidR="00250F69" w:rsidRDefault="006379CB">
            <w:pPr>
              <w:spacing w:after="40" w:line="250" w:lineRule="auto"/>
            </w:pPr>
            <w:r>
              <w:rPr>
                <w:sz w:val="17"/>
              </w:rPr>
              <w:t>Rambursarea se face prin aceeași modalitate de plată folosită inițial, dacă nu convenim expres o altă modalitate, fără comisioane pentru consumator.</w:t>
            </w:r>
          </w:p>
          <w:p w:rsidR="00250F69" w:rsidRDefault="006379CB">
            <w:pPr>
              <w:spacing w:after="20" w:line="247" w:lineRule="auto"/>
            </w:pPr>
            <w:r>
              <w:rPr>
                <w:sz w:val="18"/>
              </w:rPr>
              <w:t>☐ Aceeași modalitate de plată     ☒ Sunt de acord cu rambursarea prin transfer bancar</w:t>
            </w:r>
          </w:p>
          <w:p w:rsidR="00250F69" w:rsidRDefault="006379CB">
            <w:pPr>
              <w:spacing w:after="0" w:line="247" w:lineRule="auto"/>
            </w:pPr>
            <w:r>
              <w:rPr>
                <w:b/>
                <w:sz w:val="18"/>
              </w:rPr>
              <w:t>Titular: Andreea Popescu     IBAN: RO49 AAAA 1B31 0075 9384 0000</w:t>
            </w:r>
          </w:p>
        </w:tc>
      </w:tr>
      <w:tr w:rsidR="00250F69">
        <w:tc>
          <w:tcPr>
            <w:tcW w:w="4933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DATA</w:t>
            </w:r>
          </w:p>
          <w:p w:rsidR="00250F69" w:rsidRDefault="006379CB">
            <w:pPr>
              <w:spacing w:after="0" w:line="247" w:lineRule="auto"/>
            </w:pPr>
            <w:r>
              <w:t>08.09.2026</w:t>
            </w:r>
          </w:p>
        </w:tc>
        <w:tc>
          <w:tcPr>
            <w:tcW w:w="4933" w:type="dxa"/>
            <w:tcBorders>
              <w:top w:val="single" w:sz="6" w:space="0" w:color="CBD7DA"/>
              <w:left w:val="single" w:sz="6" w:space="0" w:color="CBD7DA"/>
              <w:bottom w:val="single" w:sz="6" w:space="0" w:color="CBD7DA"/>
              <w:right w:val="single" w:sz="6" w:space="0" w:color="CBD7DA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50F69" w:rsidRDefault="006379CB">
            <w:pPr>
              <w:spacing w:after="0" w:line="245" w:lineRule="auto"/>
            </w:pPr>
            <w:r>
              <w:rPr>
                <w:b/>
                <w:color w:val="00838A"/>
                <w:sz w:val="16"/>
              </w:rPr>
              <w:t>SEMNĂTURA CONSUMATORULUI</w:t>
            </w:r>
          </w:p>
          <w:p w:rsidR="00250F69" w:rsidRDefault="006379CB">
            <w:pPr>
              <w:spacing w:after="0" w:line="247" w:lineRule="auto"/>
            </w:pPr>
            <w:r>
              <w:t>Andreea Popescu</w:t>
            </w:r>
          </w:p>
          <w:p w:rsidR="00250F69" w:rsidRDefault="006379CB">
            <w:pPr>
              <w:spacing w:after="0" w:line="240" w:lineRule="auto"/>
            </w:pPr>
            <w:r>
              <w:rPr>
                <w:i/>
                <w:color w:val="5F677A"/>
                <w:sz w:val="15"/>
              </w:rPr>
              <w:t>(numai dacă formularul este transmis pe hârtie)</w:t>
            </w:r>
          </w:p>
        </w:tc>
      </w:tr>
    </w:tbl>
    <w:p w:rsidR="00250F69" w:rsidRDefault="006379CB">
      <w:pPr>
        <w:spacing w:before="80" w:after="40" w:line="245" w:lineRule="auto"/>
      </w:pPr>
      <w:r>
        <w:rPr>
          <w:b/>
          <w:color w:val="00838A"/>
          <w:sz w:val="17"/>
        </w:rPr>
        <w:t>INFORMAȚII IMPORTANTE</w:t>
      </w:r>
    </w:p>
    <w:p w:rsidR="00250F69" w:rsidRDefault="006379CB">
      <w:pPr>
        <w:pStyle w:val="ListBullet"/>
      </w:pPr>
      <w:r>
        <w:t>Nu trebuie să indicați un motiv și nu sunt obligatorii fotografii, bonul fiscal sau ambalajul original pentru a notifica retragerea.</w:t>
      </w:r>
    </w:p>
    <w:p w:rsidR="00250F69" w:rsidRDefault="006379CB">
      <w:pPr>
        <w:pStyle w:val="ListBullet"/>
      </w:pPr>
      <w:r>
        <w:t>După notificare, SpOki comunică fără întârziere adresa operațională de retur. Produsele se expediază în cel mult 14 zile de la notificare.</w:t>
      </w:r>
    </w:p>
    <w:p w:rsidR="00250F69" w:rsidRDefault="006379CB">
      <w:pPr>
        <w:pStyle w:val="ListBullet"/>
      </w:pPr>
      <w:r>
        <w:t>Costul direct al returului revine consumatorului, cu excepția produselor neconforme sau dacă SpOki acceptă să îl suporte.</w:t>
      </w:r>
    </w:p>
    <w:p w:rsidR="00250F69" w:rsidRDefault="006379CB">
      <w:pPr>
        <w:pStyle w:val="ListBullet"/>
      </w:pPr>
      <w:r>
        <w:t>SpOki rambursează sumele primite, inclusiv costul livrării standard, în cel mult 14 zile de la notificare; rambursarea poate fi amânată până la primirea produselor sau a dovezii de expediere.</w:t>
      </w:r>
    </w:p>
    <w:p w:rsidR="00250F69" w:rsidRDefault="006379CB">
      <w:pPr>
        <w:pStyle w:val="ListBullet"/>
      </w:pPr>
      <w:r>
        <w:t>Consumatorul răspunde numai pentru diminuarea valorii cauzată de manipulări care depășesc ceea ce este necesar pentru stabilirea naturii, caracteristicilor și funcționării produsului.</w:t>
      </w:r>
    </w:p>
    <w:p w:rsidR="00250F69" w:rsidRDefault="006379CB">
      <w:pPr>
        <w:pStyle w:val="ListBullet"/>
      </w:pPr>
      <w:r>
        <w:t>Pentru un produs defect/neconform, scrieți separat la contact@spoki.ro; aceasta este o reclamație de conformitate, nu o retragere fără motiv.</w:t>
      </w:r>
    </w:p>
    <w:p w:rsidR="00250F69" w:rsidRDefault="006379CB">
      <w:pPr>
        <w:spacing w:before="60" w:after="0" w:line="240" w:lineRule="auto"/>
        <w:jc w:val="center"/>
      </w:pPr>
      <w:r>
        <w:rPr>
          <w:b/>
          <w:color w:val="00838A"/>
          <w:sz w:val="15"/>
        </w:rPr>
        <w:t>Trimiteți formularul la contact@spoki.ro. Folosirea formularului nu este obligatorie; este valabilă și orice declarație neechivocă trimisă înainte de expirarea termenului.</w:t>
      </w:r>
    </w:p>
    <w:sectPr w:rsidR="00250F69" w:rsidSect="00034616">
      <w:footerReference w:type="default" r:id="rId8"/>
      <w:pgSz w:w="11906" w:h="16838"/>
      <w:pgMar w:top="1020" w:right="1020" w:bottom="907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B1D" w:rsidRDefault="006F0B1D">
      <w:pPr>
        <w:spacing w:after="0" w:line="240" w:lineRule="auto"/>
      </w:pPr>
      <w:r>
        <w:separator/>
      </w:r>
    </w:p>
  </w:endnote>
  <w:endnote w:type="continuationSeparator" w:id="0">
    <w:p w:rsidR="006F0B1D" w:rsidRDefault="006F0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F69" w:rsidRDefault="006379CB">
    <w:pPr>
      <w:pStyle w:val="Footer"/>
      <w:jc w:val="center"/>
    </w:pPr>
    <w:r>
      <w:rPr>
        <w:color w:val="5F677A"/>
        <w:sz w:val="14"/>
      </w:rPr>
      <w:t>SpOki.ro • Formular standard de retragere • OUG nr. 34/2014, art. 9-14 și Anexa 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B1D" w:rsidRDefault="006F0B1D">
      <w:pPr>
        <w:spacing w:after="0" w:line="240" w:lineRule="auto"/>
      </w:pPr>
      <w:r>
        <w:separator/>
      </w:r>
    </w:p>
  </w:footnote>
  <w:footnote w:type="continuationSeparator" w:id="0">
    <w:p w:rsidR="006F0B1D" w:rsidRDefault="006F0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1004B"/>
    <w:rsid w:val="00250F69"/>
    <w:rsid w:val="0029639D"/>
    <w:rsid w:val="00326F90"/>
    <w:rsid w:val="005B14AF"/>
    <w:rsid w:val="006379CB"/>
    <w:rsid w:val="006F0B1D"/>
    <w:rsid w:val="00837651"/>
    <w:rsid w:val="00A9158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1A7B47F-EEB0-4DA0-917A-7D1C6D402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 w:line="254" w:lineRule="auto"/>
    </w:pPr>
    <w:rPr>
      <w:rFonts w:ascii="Calibri" w:hAnsi="Calibri"/>
      <w:color w:val="2E3A67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line="240" w:lineRule="auto"/>
      <w:outlineLvl w:val="0"/>
    </w:pPr>
    <w:rPr>
      <w:rFonts w:asciiTheme="majorHAnsi" w:eastAsiaTheme="majorEastAsia" w:hAnsiTheme="majorHAnsi" w:cstheme="majorBidi"/>
      <w:b/>
      <w:bCs/>
      <w:color w:val="00838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8" w:line="245" w:lineRule="auto"/>
      <w:ind w:left="306" w:hanging="153"/>
      <w:contextualSpacing/>
    </w:pPr>
    <w:rPr>
      <w:color w:val="5F677A"/>
      <w:sz w:val="1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67F0C4-7B84-4DAA-BD81-238CD2C5F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BUSINESS OF PROMISE LTD.</Company>
  <LinksUpToDate>false</LinksUpToDate>
  <CharactersWithSpaces>5087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standard de retragere SpOki.ro</dc:title>
  <dc:subject>Dreptul de retragere pentru contracte la distanță</dc:subject>
  <dc:creator>SpOki.ro</dc:creator>
  <cp:keywords>SpOki, retragere, retur, OUG 34/2014, România</cp:keywords>
  <dc:description/>
  <cp:lastModifiedBy>SpOki.ro</cp:lastModifiedBy>
  <cp:revision>16</cp:revision>
  <dcterms:created xsi:type="dcterms:W3CDTF">2013-12-23T23:15:00Z</dcterms:created>
  <dcterms:modified xsi:type="dcterms:W3CDTF">2026-09-08T07:23:00Z</dcterms:modified>
  <cp:category/>
</cp:coreProperties>
</file>